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F4A59" w:rsidR="00112FBF" w:rsidRDefault="00000000" w14:paraId="3E26E2A2" w14:textId="77777777">
      <w:pPr>
        <w:spacing w:after="20"/>
        <w:jc w:val="center"/>
        <w:rPr>
          <w:sz w:val="28"/>
          <w:szCs w:val="28"/>
        </w:rPr>
      </w:pPr>
      <w:r w:rsidRPr="00CF4A59">
        <w:rPr>
          <w:rFonts w:eastAsia="Aptos"/>
          <w:b/>
          <w:color w:val="007C83"/>
          <w:sz w:val="28"/>
          <w:szCs w:val="28"/>
        </w:rPr>
        <w:t>CHANGEMAKER SCHOLAR DESIGNATION</w:t>
      </w:r>
    </w:p>
    <w:p w:rsidR="00112FBF" w:rsidRDefault="00000000" w14:paraId="099EDA34" w14:textId="1AC2966A">
      <w:pPr>
        <w:spacing w:after="60"/>
        <w:jc w:val="center"/>
      </w:pPr>
      <w:r>
        <w:rPr>
          <w:rFonts w:eastAsia="Aptos"/>
          <w:b/>
          <w:color w:val="005A9C"/>
          <w:sz w:val="34"/>
        </w:rPr>
        <w:t>Skills-Based Learning Criteria</w:t>
      </w:r>
      <w:r w:rsidR="00CF4A59">
        <w:rPr>
          <w:rFonts w:eastAsia="Aptos"/>
          <w:b/>
          <w:color w:val="005A9C"/>
          <w:sz w:val="34"/>
        </w:rPr>
        <w:t xml:space="preserve"> &amp; Application</w:t>
      </w:r>
    </w:p>
    <w:tbl>
      <w:tblPr>
        <w:tblW w:w="0" w:type="auto"/>
        <w:jc w:val="center"/>
        <w:tblBorders>
          <w:top w:val="single" w:color="005A9C" w:sz="7" w:space="0"/>
          <w:left w:val="single" w:color="005A9C" w:sz="7" w:space="0"/>
          <w:bottom w:val="single" w:color="005A9C" w:sz="7" w:space="0"/>
          <w:right w:val="single" w:color="005A9C" w:sz="7" w:space="0"/>
          <w:insideH w:val="single" w:color="005A9C" w:sz="7" w:space="0"/>
          <w:insideV w:val="single" w:color="005A9C" w:sz="7" w:space="0"/>
        </w:tblBorders>
        <w:tblLayout w:type="fixed"/>
        <w:tblLook w:val="04A0" w:firstRow="1" w:lastRow="0" w:firstColumn="1" w:lastColumn="0" w:noHBand="0" w:noVBand="1"/>
      </w:tblPr>
      <w:tblGrid>
        <w:gridCol w:w="10742"/>
      </w:tblGrid>
      <w:tr w:rsidR="00112FBF" w14:paraId="105C27B0" w14:textId="77777777">
        <w:trPr>
          <w:jc w:val="center"/>
        </w:trPr>
        <w:tc>
          <w:tcPr>
            <w:tcW w:w="10742" w:type="dxa"/>
            <w:shd w:val="clear" w:color="auto" w:fill="EAF3F8"/>
            <w:tcMar>
              <w:top w:w="80" w:type="dxa"/>
              <w:left w:w="130" w:type="dxa"/>
              <w:bottom w:w="80" w:type="dxa"/>
              <w:right w:w="130" w:type="dxa"/>
            </w:tcMar>
          </w:tcPr>
          <w:p w:rsidR="00112FBF" w:rsidRDefault="00000000" w14:paraId="23F9689C" w14:textId="77777777">
            <w:pPr>
              <w:jc w:val="center"/>
            </w:pPr>
            <w:r>
              <w:rPr>
                <w:rFonts w:eastAsia="Aptos"/>
                <w:b/>
                <w:color w:val="005A9C"/>
              </w:rPr>
              <w:t>Students must complete five Skills-Based Learning Experiences. Each experience must meet all four required criteria and align with at least one competency.</w:t>
            </w:r>
          </w:p>
        </w:tc>
      </w:tr>
    </w:tbl>
    <w:p w:rsidR="00112FBF" w:rsidRDefault="00000000" w14:paraId="39EC13BE" w14:textId="77777777">
      <w:pPr>
        <w:pStyle w:val="Heading1"/>
        <w:spacing w:before="100" w:after="40"/>
      </w:pPr>
      <w:r>
        <w:rPr>
          <w:rFonts w:ascii="Aptos" w:hAnsi="Aptos" w:eastAsia="Aptos"/>
          <w:color w:val="005A9C"/>
          <w:sz w:val="22"/>
        </w:rPr>
        <w:t>Purpose</w:t>
      </w:r>
    </w:p>
    <w:p w:rsidR="00112FBF" w:rsidRDefault="00000000" w14:paraId="3B7DE94E" w14:textId="77777777">
      <w:r>
        <w:rPr>
          <w:rFonts w:eastAsia="Aptos"/>
        </w:rPr>
        <w:t>Skills-Based Learning Experiences develop practical abilities for leadership, collaboration, civic participation, community engagement, service, social impact, and professional practice. A workshop, course, training, project, or other learning experience may qualify.</w:t>
      </w:r>
    </w:p>
    <w:p w:rsidR="00112FBF" w:rsidRDefault="00000000" w14:paraId="6100AA87" w14:textId="77777777">
      <w:pPr>
        <w:pStyle w:val="Heading1"/>
        <w:spacing w:before="100" w:after="40"/>
      </w:pPr>
      <w:r>
        <w:rPr>
          <w:rFonts w:ascii="Aptos" w:hAnsi="Aptos" w:eastAsia="Aptos"/>
          <w:color w:val="005A9C"/>
          <w:sz w:val="22"/>
        </w:rPr>
        <w:t>What makes an experience skills-based?</w:t>
      </w:r>
    </w:p>
    <w:p w:rsidR="00112FBF" w:rsidRDefault="00000000" w14:paraId="5C53360F" w14:textId="77777777">
      <w:pPr>
        <w:spacing w:after="20"/>
      </w:pPr>
      <w:r>
        <w:rPr>
          <w:rFonts w:eastAsia="Aptos"/>
          <w:b/>
        </w:rPr>
        <w:t>A qualifying experience goes beyond receiving information. The student must actively practice and apply an identifiable skill and reflect on the learning.</w:t>
      </w:r>
    </w:p>
    <w:p w:rsidR="00112FBF" w:rsidRDefault="00000000" w14:paraId="4CEEF0A2" w14:textId="77777777">
      <w:r>
        <w:rPr>
          <w:rFonts w:eastAsia="Aptos"/>
        </w:rPr>
        <w:t>Attending a presentation, listening to a speaker, watching a video, or participating in an event does not qualify by itself. It may become part of a qualifying experience when combined with meaningful skill practice, application, and structured reflection.</w:t>
      </w:r>
    </w:p>
    <w:p w:rsidR="00112FBF" w:rsidRDefault="00000000" w14:paraId="21F2E124" w14:textId="77777777">
      <w:pPr>
        <w:pStyle w:val="Heading1"/>
        <w:spacing w:before="100" w:after="40"/>
      </w:pPr>
      <w:r>
        <w:rPr>
          <w:rFonts w:ascii="Aptos" w:hAnsi="Aptos" w:eastAsia="Aptos"/>
          <w:color w:val="005A9C"/>
          <w:sz w:val="22"/>
        </w:rPr>
        <w:t>Four Required Criteria</w:t>
      </w:r>
    </w:p>
    <w:tbl>
      <w:tblPr>
        <w:tblW w:w="107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70"/>
        <w:gridCol w:w="7768"/>
      </w:tblGrid>
      <w:tr w:rsidR="00112FBF" w:rsidTr="00CF4A59" w14:paraId="6E88F7CF" w14:textId="77777777">
        <w:trPr>
          <w:tblHeader/>
          <w:jc w:val="center"/>
        </w:trPr>
        <w:tc>
          <w:tcPr>
            <w:tcW w:w="2970" w:type="dxa"/>
            <w:shd w:val="clear" w:color="auto" w:fill="005A9C"/>
            <w:tcMar>
              <w:top w:w="65" w:type="dxa"/>
              <w:left w:w="90" w:type="dxa"/>
              <w:bottom w:w="65" w:type="dxa"/>
              <w:right w:w="90" w:type="dxa"/>
            </w:tcMar>
          </w:tcPr>
          <w:p w:rsidR="00112FBF" w:rsidRDefault="00000000" w14:paraId="7FD57CA8" w14:textId="77777777">
            <w:pPr>
              <w:jc w:val="center"/>
            </w:pPr>
            <w:r>
              <w:rPr>
                <w:rFonts w:eastAsia="Aptos"/>
                <w:b/>
                <w:color w:val="FFFFFF"/>
              </w:rPr>
              <w:t>Criterion</w:t>
            </w:r>
          </w:p>
        </w:tc>
        <w:tc>
          <w:tcPr>
            <w:tcW w:w="7768" w:type="dxa"/>
            <w:shd w:val="clear" w:color="auto" w:fill="005A9C"/>
            <w:tcMar>
              <w:top w:w="65" w:type="dxa"/>
              <w:left w:w="90" w:type="dxa"/>
              <w:bottom w:w="65" w:type="dxa"/>
              <w:right w:w="90" w:type="dxa"/>
            </w:tcMar>
          </w:tcPr>
          <w:p w:rsidR="00112FBF" w:rsidRDefault="00000000" w14:paraId="38CED729" w14:textId="77777777">
            <w:pPr>
              <w:jc w:val="center"/>
            </w:pPr>
            <w:r>
              <w:rPr>
                <w:rFonts w:eastAsia="Aptos"/>
                <w:b/>
                <w:color w:val="FFFFFF"/>
              </w:rPr>
              <w:t>What the student must demonstrate</w:t>
            </w:r>
          </w:p>
        </w:tc>
      </w:tr>
      <w:tr w:rsidR="00112FBF" w:rsidTr="00CF4A59" w14:paraId="7C6F1167" w14:textId="77777777">
        <w:trPr>
          <w:jc w:val="center"/>
        </w:trPr>
        <w:tc>
          <w:tcPr>
            <w:tcW w:w="2970" w:type="dxa"/>
            <w:shd w:val="clear" w:color="auto" w:fill="F3F7F9"/>
            <w:tcMar>
              <w:top w:w="58" w:type="dxa"/>
              <w:left w:w="90" w:type="dxa"/>
              <w:bottom w:w="58" w:type="dxa"/>
              <w:right w:w="90" w:type="dxa"/>
            </w:tcMar>
            <w:vAlign w:val="center"/>
          </w:tcPr>
          <w:p w:rsidR="00112FBF" w:rsidRDefault="00000000" w14:paraId="65E865CC" w14:textId="77777777">
            <w:r>
              <w:rPr>
                <w:rFonts w:eastAsia="Aptos"/>
                <w:b/>
                <w:color w:val="005A9C"/>
              </w:rPr>
              <w:t>1. Active Learning</w:t>
            </w:r>
          </w:p>
        </w:tc>
        <w:tc>
          <w:tcPr>
            <w:tcW w:w="7768" w:type="dxa"/>
            <w:shd w:val="clear" w:color="auto" w:fill="F3F7F9"/>
            <w:tcMar>
              <w:top w:w="58" w:type="dxa"/>
              <w:left w:w="90" w:type="dxa"/>
              <w:bottom w:w="58" w:type="dxa"/>
              <w:right w:w="90" w:type="dxa"/>
            </w:tcMar>
            <w:vAlign w:val="center"/>
          </w:tcPr>
          <w:p w:rsidR="00112FBF" w:rsidRDefault="00000000" w14:paraId="295C2A7C" w14:textId="77777777">
            <w:r>
              <w:rPr>
                <w:rFonts w:eastAsia="Aptos"/>
              </w:rPr>
              <w:t>Meaningful participation that requires practicing or demonstrating a skill, such as a simulation, role-play, case analysis, facilitated dialogue, project, presentation, design activity, community-based activity, problem-solving exercise, or creation of a product or plan.</w:t>
            </w:r>
          </w:p>
        </w:tc>
      </w:tr>
      <w:tr w:rsidR="00112FBF" w:rsidTr="00CF4A59" w14:paraId="2D588E37" w14:textId="77777777">
        <w:trPr>
          <w:jc w:val="center"/>
        </w:trPr>
        <w:tc>
          <w:tcPr>
            <w:tcW w:w="2970" w:type="dxa"/>
            <w:shd w:val="clear" w:color="auto" w:fill="FFFFFF"/>
            <w:tcMar>
              <w:top w:w="58" w:type="dxa"/>
              <w:left w:w="90" w:type="dxa"/>
              <w:bottom w:w="58" w:type="dxa"/>
              <w:right w:w="90" w:type="dxa"/>
            </w:tcMar>
            <w:vAlign w:val="center"/>
          </w:tcPr>
          <w:p w:rsidR="00112FBF" w:rsidRDefault="00000000" w14:paraId="16A4C705" w14:textId="77777777">
            <w:r>
              <w:rPr>
                <w:rFonts w:eastAsia="Aptos"/>
                <w:b/>
                <w:color w:val="005A9C"/>
              </w:rPr>
              <w:t>2. Skill-Building Focus</w:t>
            </w:r>
          </w:p>
        </w:tc>
        <w:tc>
          <w:tcPr>
            <w:tcW w:w="7768" w:type="dxa"/>
            <w:shd w:val="clear" w:color="auto" w:fill="FFFFFF"/>
            <w:tcMar>
              <w:top w:w="58" w:type="dxa"/>
              <w:left w:w="90" w:type="dxa"/>
              <w:bottom w:w="58" w:type="dxa"/>
              <w:right w:w="90" w:type="dxa"/>
            </w:tcMar>
            <w:vAlign w:val="center"/>
          </w:tcPr>
          <w:p w:rsidR="00112FBF" w:rsidRDefault="00000000" w14:paraId="087B6720" w14:textId="77777777">
            <w:r>
              <w:rPr>
                <w:rFonts w:eastAsia="Aptos"/>
              </w:rPr>
              <w:t>Intentional development of one or more identifiable skills. The student can name the skill, describe how it was practiced, and explain how the experience strengthened their ability to use it.</w:t>
            </w:r>
          </w:p>
        </w:tc>
      </w:tr>
      <w:tr w:rsidR="00112FBF" w:rsidTr="00CF4A59" w14:paraId="7C260E54" w14:textId="77777777">
        <w:trPr>
          <w:jc w:val="center"/>
        </w:trPr>
        <w:tc>
          <w:tcPr>
            <w:tcW w:w="2970" w:type="dxa"/>
            <w:shd w:val="clear" w:color="auto" w:fill="F3F7F9"/>
            <w:tcMar>
              <w:top w:w="58" w:type="dxa"/>
              <w:left w:w="90" w:type="dxa"/>
              <w:bottom w:w="58" w:type="dxa"/>
              <w:right w:w="90" w:type="dxa"/>
            </w:tcMar>
            <w:vAlign w:val="center"/>
          </w:tcPr>
          <w:p w:rsidR="00112FBF" w:rsidRDefault="00000000" w14:paraId="1F83E72D" w14:textId="77777777">
            <w:r>
              <w:rPr>
                <w:rFonts w:eastAsia="Aptos"/>
                <w:b/>
                <w:color w:val="005A9C"/>
              </w:rPr>
              <w:t>3. Applied Context</w:t>
            </w:r>
          </w:p>
        </w:tc>
        <w:tc>
          <w:tcPr>
            <w:tcW w:w="7768" w:type="dxa"/>
            <w:shd w:val="clear" w:color="auto" w:fill="F3F7F9"/>
            <w:tcMar>
              <w:top w:w="58" w:type="dxa"/>
              <w:left w:w="90" w:type="dxa"/>
              <w:bottom w:w="58" w:type="dxa"/>
              <w:right w:w="90" w:type="dxa"/>
            </w:tcMar>
            <w:vAlign w:val="center"/>
          </w:tcPr>
          <w:p w:rsidR="00112FBF" w:rsidRDefault="00000000" w14:paraId="751D6C74" w14:textId="77777777">
            <w:r>
              <w:rPr>
                <w:rFonts w:eastAsia="Aptos"/>
              </w:rPr>
              <w:t>Application of the skill to a realistic task, challenge, project, case, or scenario connected to civic life, community engagement, leadership, service, social impact, or professional practice.</w:t>
            </w:r>
          </w:p>
        </w:tc>
      </w:tr>
      <w:tr w:rsidR="00112FBF" w:rsidTr="00CF4A59" w14:paraId="22509058" w14:textId="77777777">
        <w:trPr>
          <w:jc w:val="center"/>
        </w:trPr>
        <w:tc>
          <w:tcPr>
            <w:tcW w:w="2970" w:type="dxa"/>
            <w:shd w:val="clear" w:color="auto" w:fill="FFFFFF"/>
            <w:tcMar>
              <w:top w:w="58" w:type="dxa"/>
              <w:left w:w="90" w:type="dxa"/>
              <w:bottom w:w="58" w:type="dxa"/>
              <w:right w:w="90" w:type="dxa"/>
            </w:tcMar>
            <w:vAlign w:val="center"/>
          </w:tcPr>
          <w:p w:rsidR="00112FBF" w:rsidRDefault="00000000" w14:paraId="21D83B49" w14:textId="77777777">
            <w:r>
              <w:rPr>
                <w:rFonts w:eastAsia="Aptos"/>
                <w:b/>
                <w:color w:val="005A9C"/>
              </w:rPr>
              <w:t>4. Reflection and Meaning-Making</w:t>
            </w:r>
          </w:p>
        </w:tc>
        <w:tc>
          <w:tcPr>
            <w:tcW w:w="7768" w:type="dxa"/>
            <w:shd w:val="clear" w:color="auto" w:fill="FFFFFF"/>
            <w:tcMar>
              <w:top w:w="58" w:type="dxa"/>
              <w:left w:w="90" w:type="dxa"/>
              <w:bottom w:w="58" w:type="dxa"/>
              <w:right w:w="90" w:type="dxa"/>
            </w:tcMar>
            <w:vAlign w:val="center"/>
          </w:tcPr>
          <w:p w:rsidR="00112FBF" w:rsidRDefault="00000000" w14:paraId="6647C7C4" w14:textId="77777777">
            <w:r>
              <w:rPr>
                <w:rFonts w:eastAsia="Aptos"/>
              </w:rPr>
              <w:t>Structured reflection explaining what was learned, which skills were developed, how they were applied, and how the learning may inform future action. Reflection may be written, oral, video-based, discussion-based, portfolio-based, or part of a presentation.</w:t>
            </w:r>
          </w:p>
        </w:tc>
      </w:tr>
    </w:tbl>
    <w:p w:rsidR="00112FBF" w:rsidRDefault="00000000" w14:paraId="4ED87B3D" w14:textId="77777777">
      <w:pPr>
        <w:pStyle w:val="Heading1"/>
        <w:spacing w:before="100" w:after="40"/>
      </w:pPr>
      <w:r>
        <w:rPr>
          <w:rFonts w:ascii="Aptos" w:hAnsi="Aptos" w:eastAsia="Aptos"/>
          <w:color w:val="005A9C"/>
          <w:sz w:val="22"/>
        </w:rPr>
        <w:t>Time Guideline</w:t>
      </w:r>
    </w:p>
    <w:p w:rsidR="00112FBF" w:rsidRDefault="7AF2336D" w14:paraId="173476C9" w14:textId="6F7BC19C">
      <w:pPr>
        <w:spacing w:after="20"/>
      </w:pPr>
      <w:r w:rsidRPr="7AF2336D">
        <w:rPr>
          <w:rFonts w:eastAsia="Aptos"/>
        </w:rPr>
        <w:t xml:space="preserve">A Skills-Based Learning Experience will typically involve </w:t>
      </w:r>
      <w:r w:rsidRPr="7AF2336D">
        <w:rPr>
          <w:rFonts w:eastAsia="Aptos"/>
          <w:b/>
          <w:bCs/>
          <w:u w:val="single"/>
        </w:rPr>
        <w:t>at least</w:t>
      </w:r>
      <w:r w:rsidRPr="7AF2336D">
        <w:rPr>
          <w:rFonts w:eastAsia="Aptos"/>
        </w:rPr>
        <w:t xml:space="preserve"> three hours of substantive learning and practice. Duration alone does not determine eligibility. A shorter experience may be considered if it meaningfully satisfies all four criteria. </w:t>
      </w:r>
    </w:p>
    <w:p w:rsidR="00112FBF" w:rsidRDefault="00000000" w14:paraId="1A97F6B9" w14:textId="77777777">
      <w:pPr>
        <w:pStyle w:val="Heading1"/>
        <w:spacing w:before="100" w:after="40"/>
      </w:pPr>
      <w:r>
        <w:rPr>
          <w:rFonts w:ascii="Aptos" w:hAnsi="Aptos" w:eastAsia="Aptos"/>
          <w:color w:val="005A9C"/>
          <w:sz w:val="22"/>
        </w:rPr>
        <w:t>Competency Alignment: Select at Least One</w:t>
      </w:r>
    </w:p>
    <w:tbl>
      <w:tblPr>
        <w:tblW w:w="0" w:type="auto"/>
        <w:jc w:val="center"/>
        <w:tblBorders>
          <w:top w:val="single" w:color="9FB7C5" w:sz="5" w:space="0"/>
          <w:left w:val="single" w:color="9FB7C5" w:sz="5" w:space="0"/>
          <w:bottom w:val="single" w:color="9FB7C5" w:sz="5" w:space="0"/>
          <w:right w:val="single" w:color="9FB7C5" w:sz="5" w:space="0"/>
          <w:insideH w:val="single" w:color="9FB7C5" w:sz="5" w:space="0"/>
          <w:insideV w:val="single" w:color="9FB7C5" w:sz="5" w:space="0"/>
        </w:tblBorders>
        <w:tblLayout w:type="fixed"/>
        <w:tblLook w:val="04A0" w:firstRow="1" w:lastRow="0" w:firstColumn="1" w:lastColumn="0" w:noHBand="0" w:noVBand="1"/>
      </w:tblPr>
      <w:tblGrid>
        <w:gridCol w:w="5371"/>
        <w:gridCol w:w="5371"/>
      </w:tblGrid>
      <w:tr w:rsidR="00112FBF" w14:paraId="6D495C7F" w14:textId="77777777">
        <w:trPr>
          <w:jc w:val="center"/>
        </w:trPr>
        <w:tc>
          <w:tcPr>
            <w:tcW w:w="5371" w:type="dxa"/>
            <w:shd w:val="clear" w:color="auto" w:fill="F3F7F9"/>
            <w:tcMar>
              <w:top w:w="58" w:type="dxa"/>
              <w:left w:w="100" w:type="dxa"/>
              <w:bottom w:w="58" w:type="dxa"/>
              <w:right w:w="100" w:type="dxa"/>
            </w:tcMar>
          </w:tcPr>
          <w:p w:rsidR="00112FBF" w:rsidRDefault="00000000" w14:paraId="67A2FC5F" w14:textId="77777777">
            <w:pPr>
              <w:spacing w:after="0"/>
            </w:pPr>
            <w:r>
              <w:rPr>
                <w:rFonts w:eastAsia="Aptos"/>
              </w:rPr>
              <w:t>☐ Human-Centered and Ethical Leadership</w:t>
            </w:r>
          </w:p>
          <w:p w:rsidR="00112FBF" w:rsidRDefault="00000000" w14:paraId="12A7B0CC" w14:textId="77777777">
            <w:pPr>
              <w:spacing w:after="0"/>
            </w:pPr>
            <w:r>
              <w:rPr>
                <w:rFonts w:eastAsia="Aptos"/>
              </w:rPr>
              <w:t>☐ Communication, Advocacy, and Influence</w:t>
            </w:r>
          </w:p>
          <w:p w:rsidR="00112FBF" w:rsidRDefault="00000000" w14:paraId="4717DF80" w14:textId="77777777">
            <w:pPr>
              <w:spacing w:after="0"/>
            </w:pPr>
            <w:r>
              <w:rPr>
                <w:rFonts w:eastAsia="Aptos"/>
              </w:rPr>
              <w:t>☐ Collaboration and Relationship-Building</w:t>
            </w:r>
          </w:p>
          <w:p w:rsidR="00112FBF" w:rsidRDefault="00000000" w14:paraId="154ACE84" w14:textId="77777777">
            <w:pPr>
              <w:spacing w:after="0"/>
            </w:pPr>
            <w:r>
              <w:rPr>
                <w:rFonts w:eastAsia="Aptos"/>
              </w:rPr>
              <w:t>☐ Problem-Solving and Systems Thinking</w:t>
            </w:r>
          </w:p>
        </w:tc>
        <w:tc>
          <w:tcPr>
            <w:tcW w:w="5371" w:type="dxa"/>
            <w:shd w:val="clear" w:color="auto" w:fill="F3F7F9"/>
            <w:tcMar>
              <w:top w:w="58" w:type="dxa"/>
              <w:left w:w="100" w:type="dxa"/>
              <w:bottom w:w="58" w:type="dxa"/>
              <w:right w:w="100" w:type="dxa"/>
            </w:tcMar>
          </w:tcPr>
          <w:p w:rsidR="00112FBF" w:rsidRDefault="00000000" w14:paraId="68B38940" w14:textId="77777777">
            <w:pPr>
              <w:spacing w:after="0"/>
            </w:pPr>
            <w:r>
              <w:rPr>
                <w:rFonts w:eastAsia="Aptos"/>
              </w:rPr>
              <w:t>☐ Project Design, Management, and Evaluation</w:t>
            </w:r>
          </w:p>
          <w:p w:rsidR="00112FBF" w:rsidRDefault="00000000" w14:paraId="2241F551" w14:textId="77777777">
            <w:pPr>
              <w:spacing w:after="0"/>
            </w:pPr>
            <w:r>
              <w:rPr>
                <w:rFonts w:eastAsia="Aptos"/>
              </w:rPr>
              <w:t>☐ Creativity and Innovation</w:t>
            </w:r>
          </w:p>
          <w:p w:rsidR="00112FBF" w:rsidRDefault="00000000" w14:paraId="52CA8B9C" w14:textId="77777777">
            <w:pPr>
              <w:spacing w:after="0"/>
            </w:pPr>
            <w:r>
              <w:rPr>
                <w:rFonts w:eastAsia="Aptos"/>
              </w:rPr>
              <w:t>☐ Professional or Service-Specific Skills</w:t>
            </w:r>
          </w:p>
        </w:tc>
      </w:tr>
    </w:tbl>
    <w:p w:rsidR="00112FBF" w:rsidRDefault="00000000" w14:paraId="0ED3B510" w14:textId="77777777">
      <w:pPr>
        <w:pStyle w:val="Heading1"/>
        <w:spacing w:before="100" w:after="40"/>
      </w:pPr>
      <w:r>
        <w:rPr>
          <w:rFonts w:ascii="Aptos" w:hAnsi="Aptos" w:eastAsia="Aptos"/>
          <w:color w:val="005A9C"/>
          <w:sz w:val="22"/>
        </w:rPr>
        <w:t>If an experience does not yet meet the criteria</w:t>
      </w:r>
    </w:p>
    <w:p w:rsidR="00112FBF" w:rsidRDefault="00000000" w14:paraId="67D59A56" w14:textId="77777777">
      <w:pPr>
        <w:spacing w:after="20"/>
      </w:pPr>
      <w:r>
        <w:rPr>
          <w:rFonts w:eastAsia="Aptos"/>
        </w:rPr>
        <w:t>The student may propose an extension or enhancement, such as an applied project or work product, facilitated activity, community or professional application, plan or presentation, response to feedback, or additional structured reflection. The complete experience must satisfy all four criteria.</w:t>
      </w:r>
    </w:p>
    <w:p w:rsidR="00112FBF" w:rsidRDefault="00000000" w14:paraId="05D7B31B" w14:textId="77777777">
      <w:pPr>
        <w:pageBreakBefore/>
        <w:spacing w:after="20"/>
        <w:jc w:val="center"/>
      </w:pPr>
      <w:r>
        <w:rPr>
          <w:rFonts w:eastAsia="Aptos"/>
          <w:b/>
          <w:color w:val="007C83"/>
        </w:rPr>
        <w:t>CHANGEMAKER SCHOLAR DESIGNATION</w:t>
      </w:r>
    </w:p>
    <w:p w:rsidR="00112FBF" w:rsidRDefault="00000000" w14:paraId="4B54BDD9" w14:textId="77777777">
      <w:pPr>
        <w:spacing w:after="20"/>
        <w:jc w:val="center"/>
      </w:pPr>
      <w:r>
        <w:rPr>
          <w:rFonts w:eastAsia="Aptos"/>
          <w:b/>
          <w:color w:val="005A9C"/>
          <w:sz w:val="30"/>
        </w:rPr>
        <w:t>Skills-Based Learning Experience Approval Request</w:t>
      </w:r>
    </w:p>
    <w:p w:rsidR="00112FBF" w:rsidP="234AF8F4" w:rsidRDefault="00000000" w14:paraId="108932F1" w14:textId="5F0BB9EC">
      <w:pPr>
        <w:spacing w:after="60"/>
        <w:jc w:val="left"/>
        <w:rPr>
          <w:rFonts w:eastAsia="Aptos"/>
          <w:b w:val="1"/>
          <w:bCs w:val="1"/>
          <w:i w:val="1"/>
          <w:iCs w:val="1"/>
          <w:color w:val="5B6570"/>
        </w:rPr>
      </w:pPr>
      <w:r w:rsidRPr="234AF8F4" w:rsidR="3B7F04B6">
        <w:rPr>
          <w:rFonts w:eastAsia="Aptos"/>
          <w:b w:val="1"/>
          <w:bCs w:val="1"/>
          <w:i w:val="1"/>
          <w:iCs w:val="1"/>
          <w:color w:val="5B6570"/>
        </w:rPr>
        <w:t xml:space="preserve">1)  Step 1: Speak to your </w:t>
      </w:r>
      <w:r w:rsidRPr="234AF8F4" w:rsidR="3B7F04B6">
        <w:rPr>
          <w:rFonts w:eastAsia="Aptos"/>
          <w:b w:val="1"/>
          <w:bCs w:val="1"/>
          <w:i w:val="1"/>
          <w:iCs w:val="1"/>
          <w:color w:val="5B6570"/>
        </w:rPr>
        <w:t>iCED</w:t>
      </w:r>
      <w:r w:rsidRPr="234AF8F4" w:rsidR="3B7F04B6">
        <w:rPr>
          <w:rFonts w:eastAsia="Aptos"/>
          <w:b w:val="1"/>
          <w:bCs w:val="1"/>
          <w:i w:val="1"/>
          <w:iCs w:val="1"/>
          <w:color w:val="5B6570"/>
        </w:rPr>
        <w:t xml:space="preserve"> campus director/</w:t>
      </w:r>
      <w:r w:rsidRPr="234AF8F4" w:rsidR="5BB3C440">
        <w:rPr>
          <w:rFonts w:eastAsia="Aptos"/>
          <w:b w:val="1"/>
          <w:bCs w:val="1"/>
          <w:i w:val="1"/>
          <w:iCs w:val="1"/>
          <w:color w:val="5B6570"/>
        </w:rPr>
        <w:t>lead about</w:t>
      </w:r>
      <w:r w:rsidRPr="234AF8F4" w:rsidR="5BB3C440">
        <w:rPr>
          <w:rFonts w:eastAsia="Aptos"/>
          <w:b w:val="1"/>
          <w:bCs w:val="1"/>
          <w:i w:val="1"/>
          <w:iCs w:val="1"/>
          <w:color w:val="5B6570"/>
        </w:rPr>
        <w:t xml:space="preserve"> your proposed "skills-based training"</w:t>
      </w:r>
    </w:p>
    <w:p w:rsidR="00112FBF" w:rsidP="234AF8F4" w:rsidRDefault="00000000" w14:paraId="356FFB45" w14:textId="5729A4F2">
      <w:pPr>
        <w:spacing w:after="60"/>
        <w:jc w:val="left"/>
        <w:rPr>
          <w:rFonts w:eastAsia="Aptos"/>
          <w:i w:val="1"/>
          <w:iCs w:val="1"/>
          <w:color w:val="5B6570"/>
        </w:rPr>
      </w:pPr>
      <w:r w:rsidRPr="234AF8F4" w:rsidR="3B7F04B6">
        <w:rPr>
          <w:rFonts w:eastAsia="Aptos"/>
          <w:b w:val="1"/>
          <w:bCs w:val="1"/>
          <w:i w:val="1"/>
          <w:iCs w:val="1"/>
          <w:color w:val="5B6570"/>
        </w:rPr>
        <w:t xml:space="preserve">2) Step 2: Complete this form to seek approval </w:t>
      </w:r>
      <w:r w:rsidRPr="234AF8F4" w:rsidR="3B7F04B6">
        <w:rPr>
          <w:rFonts w:eastAsia="Aptos"/>
          <w:b w:val="1"/>
          <w:bCs w:val="1"/>
          <w:i w:val="1"/>
          <w:iCs w:val="1"/>
          <w:color w:val="FF0000"/>
        </w:rPr>
        <w:t xml:space="preserve">if </w:t>
      </w:r>
      <w:r w:rsidRPr="234AF8F4" w:rsidR="3B7F04B6">
        <w:rPr>
          <w:rFonts w:eastAsia="Aptos"/>
          <w:b w:val="1"/>
          <w:bCs w:val="1"/>
          <w:i w:val="1"/>
          <w:iCs w:val="1"/>
          <w:color w:val="FF0000"/>
        </w:rPr>
        <w:t>necessary</w:t>
      </w:r>
      <w:r w:rsidRPr="234AF8F4" w:rsidR="3B7F04B6">
        <w:rPr>
          <w:rFonts w:eastAsia="Aptos"/>
          <w:b w:val="1"/>
          <w:bCs w:val="1"/>
          <w:i w:val="1"/>
          <w:iCs w:val="1"/>
          <w:color w:val="5B6570"/>
        </w:rPr>
        <w:t xml:space="preserve"> per guidance from </w:t>
      </w:r>
      <w:r w:rsidRPr="234AF8F4" w:rsidR="3B7F04B6">
        <w:rPr>
          <w:rFonts w:eastAsia="Aptos"/>
          <w:b w:val="1"/>
          <w:bCs w:val="1"/>
          <w:i w:val="1"/>
          <w:iCs w:val="1"/>
          <w:color w:val="5B6570"/>
        </w:rPr>
        <w:t>iCED</w:t>
      </w:r>
    </w:p>
    <w:p w:rsidR="00112FBF" w:rsidRDefault="00000000" w14:paraId="4022BD78" w14:textId="77777777">
      <w:pPr>
        <w:pStyle w:val="Heading1"/>
        <w:spacing w:before="100" w:after="40"/>
      </w:pPr>
      <w:r>
        <w:rPr>
          <w:rFonts w:ascii="Aptos" w:hAnsi="Aptos" w:eastAsia="Aptos"/>
          <w:color w:val="005A9C"/>
          <w:sz w:val="22"/>
        </w:rPr>
        <w:t>1. Student Information</w:t>
      </w:r>
    </w:p>
    <w:tbl>
      <w:tblPr>
        <w:tblW w:w="10454" w:type="dxa"/>
        <w:jc w:val="center"/>
        <w:tblBorders>
          <w:top w:val="single" w:color="9FB7C5" w:sz="5" w:space="0"/>
          <w:left w:val="single" w:color="9FB7C5" w:sz="5" w:space="0"/>
          <w:bottom w:val="single" w:color="9FB7C5" w:sz="5" w:space="0"/>
          <w:right w:val="single" w:color="9FB7C5" w:sz="5" w:space="0"/>
          <w:insideH w:val="single" w:color="9FB7C5" w:sz="5" w:space="0"/>
          <w:insideV w:val="single" w:color="9FB7C5" w:sz="5" w:space="0"/>
        </w:tblBorders>
        <w:tblLayout w:type="fixed"/>
        <w:tblLook w:val="04A0" w:firstRow="1" w:lastRow="0" w:firstColumn="1" w:lastColumn="0" w:noHBand="0" w:noVBand="1"/>
      </w:tblPr>
      <w:tblGrid>
        <w:gridCol w:w="4665"/>
        <w:gridCol w:w="5789"/>
      </w:tblGrid>
      <w:tr w:rsidR="00112FBF" w:rsidTr="7AF2336D" w14:paraId="59C924D9" w14:textId="77777777">
        <w:trPr>
          <w:jc w:val="center"/>
        </w:trPr>
        <w:tc>
          <w:tcPr>
            <w:tcW w:w="4665" w:type="dxa"/>
            <w:tcMar>
              <w:top w:w="45" w:type="dxa"/>
              <w:left w:w="85" w:type="dxa"/>
              <w:bottom w:w="45" w:type="dxa"/>
              <w:right w:w="85" w:type="dxa"/>
            </w:tcMar>
          </w:tcPr>
          <w:p w:rsidR="00112FBF" w:rsidRDefault="7AF2336D" w14:paraId="498C9DF6" w14:textId="10A3A344">
            <w:pPr>
              <w:spacing w:after="0"/>
            </w:pPr>
            <w:r w:rsidRPr="7AF2336D">
              <w:rPr>
                <w:rFonts w:eastAsia="Aptos"/>
                <w:b/>
                <w:bCs/>
                <w:color w:val="005A9C"/>
              </w:rPr>
              <w:t>Name</w:t>
            </w:r>
          </w:p>
          <w:p w:rsidR="00112FBF" w:rsidP="7AF2336D" w:rsidRDefault="00112FBF" w14:paraId="79260CBE" w14:textId="576DCBCD">
            <w:pPr>
              <w:spacing w:after="0"/>
              <w:rPr>
                <w:rFonts w:eastAsia="Aptos"/>
                <w:b/>
                <w:bCs/>
                <w:color w:val="005A9C"/>
              </w:rPr>
            </w:pPr>
          </w:p>
        </w:tc>
        <w:tc>
          <w:tcPr>
            <w:tcW w:w="5789" w:type="dxa"/>
            <w:tcMar>
              <w:top w:w="45" w:type="dxa"/>
              <w:left w:w="85" w:type="dxa"/>
              <w:bottom w:w="45" w:type="dxa"/>
              <w:right w:w="85" w:type="dxa"/>
            </w:tcMar>
          </w:tcPr>
          <w:p w:rsidR="00112FBF" w:rsidP="7AF2336D" w:rsidRDefault="7AF2336D" w14:paraId="39608C6F" w14:textId="200C52BB">
            <w:pPr>
              <w:spacing w:after="0"/>
              <w:rPr>
                <w:rFonts w:eastAsia="Aptos"/>
                <w:color w:val="5B6570"/>
              </w:rPr>
            </w:pPr>
            <w:r w:rsidRPr="7AF2336D">
              <w:rPr>
                <w:rFonts w:eastAsia="Aptos"/>
                <w:b/>
                <w:bCs/>
                <w:color w:val="005A9C"/>
              </w:rPr>
              <w:t xml:space="preserve">Student ID </w:t>
            </w:r>
          </w:p>
        </w:tc>
      </w:tr>
      <w:tr w:rsidR="00112FBF" w:rsidTr="7AF2336D" w14:paraId="0B0B6DEA" w14:textId="77777777">
        <w:trPr>
          <w:jc w:val="center"/>
        </w:trPr>
        <w:tc>
          <w:tcPr>
            <w:tcW w:w="4665" w:type="dxa"/>
            <w:tcMar>
              <w:top w:w="45" w:type="dxa"/>
              <w:left w:w="85" w:type="dxa"/>
              <w:bottom w:w="45" w:type="dxa"/>
              <w:right w:w="85" w:type="dxa"/>
            </w:tcMar>
          </w:tcPr>
          <w:p w:rsidR="00112FBF" w:rsidRDefault="00000000" w14:paraId="3F81EC50" w14:textId="77777777">
            <w:pPr>
              <w:spacing w:after="0"/>
            </w:pPr>
            <w:r>
              <w:rPr>
                <w:rFonts w:eastAsia="Aptos"/>
                <w:b/>
                <w:color w:val="005A9C"/>
              </w:rPr>
              <w:t>Campus</w:t>
            </w:r>
          </w:p>
          <w:p w:rsidR="00112FBF" w:rsidP="7AF2336D" w:rsidRDefault="00112FBF" w14:paraId="1FF20882" w14:textId="54BD5402">
            <w:pPr>
              <w:spacing w:after="0"/>
              <w:rPr>
                <w:rFonts w:eastAsia="Aptos"/>
                <w:color w:val="5B6570"/>
              </w:rPr>
            </w:pPr>
          </w:p>
        </w:tc>
        <w:tc>
          <w:tcPr>
            <w:tcW w:w="5789" w:type="dxa"/>
            <w:tcMar>
              <w:top w:w="45" w:type="dxa"/>
              <w:left w:w="85" w:type="dxa"/>
              <w:bottom w:w="45" w:type="dxa"/>
              <w:right w:w="85" w:type="dxa"/>
            </w:tcMar>
          </w:tcPr>
          <w:p w:rsidR="00112FBF" w:rsidRDefault="00000000" w14:paraId="43A0A9C5" w14:textId="77777777">
            <w:pPr>
              <w:spacing w:after="0"/>
            </w:pPr>
            <w:r>
              <w:rPr>
                <w:rFonts w:eastAsia="Aptos"/>
                <w:b/>
                <w:color w:val="005A9C"/>
              </w:rPr>
              <w:t>MDC Email / Phone</w:t>
            </w:r>
          </w:p>
          <w:p w:rsidR="00112FBF" w:rsidP="7AF2336D" w:rsidRDefault="00112FBF" w14:paraId="5F8D0331" w14:textId="569A0BDE">
            <w:pPr>
              <w:spacing w:after="0"/>
              <w:rPr>
                <w:rFonts w:eastAsia="Aptos"/>
                <w:color w:val="5B6570"/>
              </w:rPr>
            </w:pPr>
          </w:p>
        </w:tc>
      </w:tr>
    </w:tbl>
    <w:p w:rsidR="00112FBF" w:rsidRDefault="00000000" w14:paraId="11E49055" w14:textId="77777777">
      <w:pPr>
        <w:pStyle w:val="Heading1"/>
        <w:spacing w:before="100" w:after="40"/>
      </w:pPr>
      <w:r>
        <w:rPr>
          <w:rFonts w:ascii="Aptos" w:hAnsi="Aptos" w:eastAsia="Aptos"/>
          <w:color w:val="005A9C"/>
          <w:sz w:val="22"/>
        </w:rPr>
        <w:t>2. Type of Request</w:t>
      </w:r>
    </w:p>
    <w:p w:rsidR="00112FBF" w:rsidRDefault="00000000" w14:paraId="2B384608" w14:textId="77777777">
      <w:pPr>
        <w:spacing w:after="20"/>
      </w:pPr>
      <w:r>
        <w:rPr>
          <w:rFonts w:eastAsia="Aptos"/>
        </w:rPr>
        <w:t>☐ Pre-approval for an experience I plan to complete     ☐ Approval for a completed experience</w:t>
      </w:r>
    </w:p>
    <w:p w:rsidR="00112FBF" w:rsidRDefault="00000000" w14:paraId="26763659" w14:textId="77777777">
      <w:pPr>
        <w:spacing w:after="20"/>
      </w:pPr>
      <w:r>
        <w:rPr>
          <w:rFonts w:eastAsia="Aptos"/>
        </w:rPr>
        <w:t>☐ Enhanced or extended learning proposal so an experience will meet the criteria</w:t>
      </w:r>
    </w:p>
    <w:p w:rsidR="00112FBF" w:rsidRDefault="00000000" w14:paraId="59918B4F" w14:textId="77777777">
      <w:pPr>
        <w:pStyle w:val="Heading1"/>
        <w:spacing w:before="100" w:after="40"/>
      </w:pPr>
      <w:r>
        <w:rPr>
          <w:rFonts w:ascii="Aptos" w:hAnsi="Aptos" w:eastAsia="Aptos"/>
          <w:color w:val="005A9C"/>
          <w:sz w:val="22"/>
        </w:rPr>
        <w:t>3. Experience Information</w:t>
      </w:r>
    </w:p>
    <w:tbl>
      <w:tblPr>
        <w:tblW w:w="0" w:type="auto"/>
        <w:jc w:val="center"/>
        <w:tblBorders>
          <w:top w:val="single" w:color="9FB7C5" w:sz="5" w:space="0"/>
          <w:left w:val="single" w:color="9FB7C5" w:sz="5" w:space="0"/>
          <w:bottom w:val="single" w:color="9FB7C5" w:sz="5" w:space="0"/>
          <w:right w:val="single" w:color="9FB7C5" w:sz="5" w:space="0"/>
          <w:insideH w:val="single" w:color="9FB7C5" w:sz="5" w:space="0"/>
          <w:insideV w:val="single" w:color="9FB7C5" w:sz="5" w:space="0"/>
        </w:tblBorders>
        <w:tblLayout w:type="fixed"/>
        <w:tblLook w:val="04A0" w:firstRow="1" w:lastRow="0" w:firstColumn="1" w:lastColumn="0" w:noHBand="0" w:noVBand="1"/>
      </w:tblPr>
      <w:tblGrid>
        <w:gridCol w:w="5371"/>
        <w:gridCol w:w="5371"/>
      </w:tblGrid>
      <w:tr w:rsidR="00112FBF" w:rsidTr="7AF2336D" w14:paraId="7379907C" w14:textId="77777777">
        <w:trPr>
          <w:jc w:val="center"/>
        </w:trPr>
        <w:tc>
          <w:tcPr>
            <w:tcW w:w="5371" w:type="dxa"/>
            <w:tcMar>
              <w:top w:w="38" w:type="dxa"/>
              <w:left w:w="85" w:type="dxa"/>
              <w:bottom w:w="38" w:type="dxa"/>
              <w:right w:w="85" w:type="dxa"/>
            </w:tcMar>
          </w:tcPr>
          <w:p w:rsidR="00112FBF" w:rsidRDefault="00000000" w14:paraId="26FA6B47" w14:textId="77777777">
            <w:pPr>
              <w:spacing w:after="0"/>
            </w:pPr>
            <w:r>
              <w:rPr>
                <w:rFonts w:eastAsia="Aptos"/>
                <w:b/>
                <w:color w:val="005A9C"/>
              </w:rPr>
              <w:t>Experience title</w:t>
            </w:r>
          </w:p>
          <w:p w:rsidR="00112FBF" w:rsidP="7AF2336D" w:rsidRDefault="00112FBF" w14:paraId="2D9BF106" w14:textId="1E972CE7">
            <w:pPr>
              <w:spacing w:after="0"/>
              <w:rPr>
                <w:rFonts w:eastAsia="Aptos"/>
                <w:color w:val="5B6570"/>
              </w:rPr>
            </w:pPr>
          </w:p>
        </w:tc>
        <w:tc>
          <w:tcPr>
            <w:tcW w:w="5371" w:type="dxa"/>
            <w:tcMar>
              <w:top w:w="38" w:type="dxa"/>
              <w:left w:w="85" w:type="dxa"/>
              <w:bottom w:w="38" w:type="dxa"/>
              <w:right w:w="85" w:type="dxa"/>
            </w:tcMar>
          </w:tcPr>
          <w:p w:rsidR="00112FBF" w:rsidRDefault="00000000" w14:paraId="477AAB74" w14:textId="77777777">
            <w:pPr>
              <w:spacing w:after="0"/>
            </w:pPr>
            <w:r>
              <w:rPr>
                <w:rFonts w:eastAsia="Aptos"/>
                <w:b/>
                <w:color w:val="005A9C"/>
              </w:rPr>
              <w:t>Organization, course, or provider</w:t>
            </w:r>
          </w:p>
          <w:p w:rsidR="00112FBF" w:rsidP="7AF2336D" w:rsidRDefault="00112FBF" w14:paraId="6FFDF38B" w14:textId="5EB95CFA">
            <w:pPr>
              <w:spacing w:after="0"/>
              <w:rPr>
                <w:rFonts w:eastAsia="Aptos"/>
                <w:color w:val="5B6570"/>
              </w:rPr>
            </w:pPr>
          </w:p>
        </w:tc>
      </w:tr>
      <w:tr w:rsidR="00112FBF" w:rsidTr="7AF2336D" w14:paraId="750870E4" w14:textId="77777777">
        <w:trPr>
          <w:jc w:val="center"/>
        </w:trPr>
        <w:tc>
          <w:tcPr>
            <w:tcW w:w="5371" w:type="dxa"/>
            <w:tcMar>
              <w:top w:w="38" w:type="dxa"/>
              <w:left w:w="85" w:type="dxa"/>
              <w:bottom w:w="38" w:type="dxa"/>
              <w:right w:w="85" w:type="dxa"/>
            </w:tcMar>
          </w:tcPr>
          <w:p w:rsidR="00112FBF" w:rsidP="00CF4A59" w:rsidRDefault="00000000" w14:paraId="3FAC172A" w14:textId="53589861">
            <w:pPr>
              <w:spacing w:after="0"/>
              <w:rPr>
                <w:rFonts w:eastAsia="Aptos"/>
                <w:color w:val="5B6570"/>
              </w:rPr>
            </w:pPr>
            <w:r>
              <w:rPr>
                <w:rFonts w:eastAsia="Aptos"/>
                <w:b/>
                <w:color w:val="005A9C"/>
              </w:rPr>
              <w:t>Date completed or anticipated</w:t>
            </w:r>
          </w:p>
        </w:tc>
        <w:tc>
          <w:tcPr>
            <w:tcW w:w="5371" w:type="dxa"/>
            <w:tcMar>
              <w:top w:w="38" w:type="dxa"/>
              <w:left w:w="85" w:type="dxa"/>
              <w:bottom w:w="38" w:type="dxa"/>
              <w:right w:w="85" w:type="dxa"/>
            </w:tcMar>
          </w:tcPr>
          <w:p w:rsidR="00112FBF" w:rsidP="7AF2336D" w:rsidRDefault="00000000" w14:paraId="7352932F" w14:textId="08DAB575">
            <w:pPr>
              <w:spacing w:after="0"/>
              <w:rPr>
                <w:rFonts w:eastAsia="Aptos"/>
                <w:color w:val="5B6570"/>
              </w:rPr>
            </w:pPr>
            <w:r>
              <w:rPr>
                <w:rFonts w:eastAsia="Aptos"/>
                <w:b/>
                <w:color w:val="005A9C"/>
              </w:rPr>
              <w:t>Estimated total hours</w:t>
            </w:r>
          </w:p>
          <w:p w:rsidR="00112FBF" w:rsidP="7AF2336D" w:rsidRDefault="00112FBF" w14:paraId="3C7F5B52" w14:textId="1428DF5F">
            <w:pPr>
              <w:spacing w:after="0"/>
              <w:rPr>
                <w:rFonts w:eastAsia="Aptos"/>
                <w:color w:val="5B6570"/>
              </w:rPr>
            </w:pPr>
          </w:p>
        </w:tc>
      </w:tr>
      <w:tr w:rsidR="00CF4A59" w:rsidTr="0093679E" w14:paraId="2516E0A4" w14:textId="77777777">
        <w:trPr>
          <w:jc w:val="center"/>
        </w:trPr>
        <w:tc>
          <w:tcPr>
            <w:tcW w:w="10742" w:type="dxa"/>
            <w:gridSpan w:val="2"/>
            <w:tcMar>
              <w:top w:w="38" w:type="dxa"/>
              <w:left w:w="85" w:type="dxa"/>
              <w:bottom w:w="38" w:type="dxa"/>
              <w:right w:w="85" w:type="dxa"/>
            </w:tcMar>
          </w:tcPr>
          <w:p w:rsidR="00CF4A59" w:rsidP="7AF2336D" w:rsidRDefault="00CF4A59" w14:paraId="7E5E1320" w14:textId="3426200F">
            <w:pPr>
              <w:rPr>
                <w:rFonts w:eastAsia="Aptos"/>
              </w:rPr>
            </w:pPr>
            <w:r w:rsidRPr="7AF2336D">
              <w:rPr>
                <w:rFonts w:eastAsia="Aptos"/>
                <w:b/>
                <w:bCs/>
                <w:color w:val="005A9C"/>
              </w:rPr>
              <w:t xml:space="preserve">Format: </w:t>
            </w:r>
            <w:r w:rsidRPr="7AF2336D">
              <w:rPr>
                <w:rFonts w:eastAsia="Aptos"/>
              </w:rPr>
              <w:t xml:space="preserve">☐ In person  </w:t>
            </w:r>
            <w:r>
              <w:rPr>
                <w:rFonts w:eastAsia="Aptos"/>
              </w:rPr>
              <w:t xml:space="preserve">  </w:t>
            </w:r>
            <w:r w:rsidRPr="7AF2336D">
              <w:rPr>
                <w:rFonts w:eastAsia="Aptos"/>
              </w:rPr>
              <w:t xml:space="preserve">☐ Virtual  </w:t>
            </w:r>
            <w:r>
              <w:rPr>
                <w:rFonts w:eastAsia="Aptos"/>
              </w:rPr>
              <w:t xml:space="preserve">  </w:t>
            </w:r>
            <w:r w:rsidRPr="7AF2336D">
              <w:rPr>
                <w:rFonts w:eastAsia="Aptos"/>
              </w:rPr>
              <w:t xml:space="preserve">☐ Hybrid </w:t>
            </w:r>
            <w:r>
              <w:rPr>
                <w:rFonts w:eastAsia="Aptos"/>
              </w:rPr>
              <w:t xml:space="preserve">    </w:t>
            </w:r>
            <w:r w:rsidRPr="7AF2336D">
              <w:rPr>
                <w:rFonts w:eastAsia="Aptos"/>
              </w:rPr>
              <w:t>☐ Other</w:t>
            </w:r>
            <w:r>
              <w:rPr>
                <w:rFonts w:eastAsia="Aptos"/>
              </w:rPr>
              <w:t xml:space="preserve"> – Describe: </w:t>
            </w:r>
          </w:p>
        </w:tc>
      </w:tr>
    </w:tbl>
    <w:p w:rsidR="00112FBF" w:rsidRDefault="00000000" w14:paraId="7F577272" w14:textId="77777777">
      <w:pPr>
        <w:pStyle w:val="Heading1"/>
        <w:spacing w:before="100" w:after="40"/>
      </w:pPr>
      <w:r>
        <w:rPr>
          <w:rFonts w:ascii="Aptos" w:hAnsi="Aptos" w:eastAsia="Aptos"/>
          <w:color w:val="005A9C"/>
          <w:sz w:val="22"/>
        </w:rPr>
        <w:t>4. Description and Competency Alignment</w:t>
      </w:r>
    </w:p>
    <w:tbl>
      <w:tblPr>
        <w:tblW w:w="0" w:type="auto"/>
        <w:jc w:val="center"/>
        <w:tblBorders>
          <w:top w:val="single" w:color="9FB7C5" w:sz="5" w:space="0"/>
          <w:left w:val="single" w:color="9FB7C5" w:sz="5" w:space="0"/>
          <w:bottom w:val="single" w:color="9FB7C5" w:sz="5" w:space="0"/>
          <w:right w:val="single" w:color="9FB7C5" w:sz="5" w:space="0"/>
          <w:insideH w:val="single" w:color="9FB7C5" w:sz="5" w:space="0"/>
          <w:insideV w:val="single" w:color="9FB7C5" w:sz="5" w:space="0"/>
        </w:tblBorders>
        <w:tblLayout w:type="fixed"/>
        <w:tblLook w:val="04A0" w:firstRow="1" w:lastRow="0" w:firstColumn="1" w:lastColumn="0" w:noHBand="0" w:noVBand="1"/>
      </w:tblPr>
      <w:tblGrid>
        <w:gridCol w:w="10742"/>
      </w:tblGrid>
      <w:tr w:rsidR="00112FBF" w14:paraId="611E2E05" w14:textId="77777777">
        <w:trPr>
          <w:jc w:val="center"/>
        </w:trPr>
        <w:tc>
          <w:tcPr>
            <w:tcW w:w="10742" w:type="dxa"/>
          </w:tcPr>
          <w:p w:rsidR="00112FBF" w:rsidRDefault="00000000" w14:paraId="38FD4CAF" w14:textId="77777777">
            <w:pPr>
              <w:spacing w:after="0"/>
            </w:pPr>
            <w:r>
              <w:rPr>
                <w:rFonts w:eastAsia="Aptos"/>
                <w:b/>
                <w:color w:val="005A9C"/>
              </w:rPr>
              <w:t>Briefly describe what you did or plan to do, including major activities, assignments, projects, or products.</w:t>
            </w:r>
          </w:p>
          <w:p w:rsidR="00112FBF" w:rsidRDefault="00112FBF" w14:paraId="66B3AD17" w14:textId="77777777">
            <w:pPr>
              <w:spacing w:after="0"/>
            </w:pPr>
          </w:p>
          <w:p w:rsidR="00CF4A59" w:rsidRDefault="00CF4A59" w14:paraId="38DA17EA" w14:textId="77777777">
            <w:pPr>
              <w:spacing w:after="0"/>
            </w:pPr>
          </w:p>
          <w:p w:rsidR="00CF4A59" w:rsidRDefault="00CF4A59" w14:paraId="6518A391" w14:textId="77777777">
            <w:pPr>
              <w:spacing w:after="0"/>
            </w:pPr>
          </w:p>
          <w:p w:rsidR="00CF4A59" w:rsidRDefault="00CF4A59" w14:paraId="480F24D7" w14:textId="77777777">
            <w:pPr>
              <w:spacing w:after="0"/>
            </w:pPr>
          </w:p>
          <w:p w:rsidR="00CF4A59" w:rsidRDefault="00CF4A59" w14:paraId="40DE32D6" w14:textId="35A89FD0">
            <w:pPr>
              <w:spacing w:after="0"/>
            </w:pPr>
          </w:p>
        </w:tc>
      </w:tr>
      <w:tr w:rsidR="00112FBF" w14:paraId="4223D843" w14:textId="77777777">
        <w:trPr>
          <w:jc w:val="center"/>
        </w:trPr>
        <w:tc>
          <w:tcPr>
            <w:tcW w:w="10742" w:type="dxa"/>
          </w:tcPr>
          <w:p w:rsidR="00112FBF" w:rsidRDefault="00000000" w14:paraId="114EFF0D" w14:textId="77777777">
            <w:r>
              <w:rPr>
                <w:rFonts w:eastAsia="Aptos"/>
                <w:b/>
                <w:color w:val="005A9C"/>
              </w:rPr>
              <w:t xml:space="preserve">Select at least one competency: </w:t>
            </w:r>
            <w:r>
              <w:rPr>
                <w:rFonts w:eastAsia="Aptos"/>
              </w:rPr>
              <w:t xml:space="preserve">☐ Human-Centered and Ethical Leadership   ☐ Communication, Advocacy, and Influence   ☐ Collaboration and Relationship-Building   ☐ Problem-Solving and Systems Thinking   ☐ Project Design, Management, and Evaluation   ☐ Creativity and Innovation   ☐ Professional or Service-Specific Skills   </w:t>
            </w:r>
          </w:p>
          <w:p w:rsidR="00112FBF" w:rsidRDefault="00000000" w14:paraId="4D478522" w14:textId="77777777">
            <w:pPr>
              <w:spacing w:after="0"/>
              <w:rPr>
                <w:rFonts w:eastAsia="Aptos"/>
                <w:b/>
                <w:color w:val="005A9C"/>
              </w:rPr>
            </w:pPr>
            <w:r>
              <w:rPr>
                <w:rFonts w:eastAsia="Aptos"/>
                <w:b/>
                <w:color w:val="005A9C"/>
              </w:rPr>
              <w:t>Which competency</w:t>
            </w:r>
            <w:r w:rsidR="00CF4A59">
              <w:rPr>
                <w:rFonts w:eastAsia="Aptos"/>
                <w:b/>
                <w:color w:val="005A9C"/>
              </w:rPr>
              <w:t>(</w:t>
            </w:r>
            <w:proofErr w:type="spellStart"/>
            <w:r w:rsidR="00CF4A59">
              <w:rPr>
                <w:rFonts w:eastAsia="Aptos"/>
                <w:b/>
                <w:color w:val="005A9C"/>
              </w:rPr>
              <w:t>ies</w:t>
            </w:r>
            <w:proofErr w:type="spellEnd"/>
            <w:r w:rsidR="00CF4A59">
              <w:rPr>
                <w:rFonts w:eastAsia="Aptos"/>
                <w:b/>
                <w:color w:val="005A9C"/>
              </w:rPr>
              <w:t>)</w:t>
            </w:r>
            <w:r>
              <w:rPr>
                <w:rFonts w:eastAsia="Aptos"/>
                <w:b/>
                <w:color w:val="005A9C"/>
              </w:rPr>
              <w:t xml:space="preserve"> is most directly connected, and why? </w:t>
            </w:r>
          </w:p>
          <w:p w:rsidR="00CF4A59" w:rsidRDefault="00CF4A59" w14:paraId="45FE2412" w14:textId="77777777">
            <w:pPr>
              <w:spacing w:after="0"/>
              <w:rPr>
                <w:rFonts w:eastAsia="Aptos"/>
                <w:b/>
                <w:color w:val="005A9C"/>
              </w:rPr>
            </w:pPr>
          </w:p>
          <w:p w:rsidR="00CF4A59" w:rsidRDefault="00CF4A59" w14:paraId="1B63602E" w14:textId="43BC22F6">
            <w:pPr>
              <w:spacing w:after="0"/>
            </w:pPr>
          </w:p>
        </w:tc>
      </w:tr>
    </w:tbl>
    <w:p w:rsidR="00112FBF" w:rsidRDefault="00000000" w14:paraId="6D6B9E49" w14:textId="77777777">
      <w:pPr>
        <w:pStyle w:val="Heading1"/>
        <w:spacing w:before="100" w:after="40"/>
      </w:pPr>
      <w:r>
        <w:rPr>
          <w:rFonts w:ascii="Aptos" w:hAnsi="Aptos" w:eastAsia="Aptos"/>
          <w:color w:val="005A9C"/>
          <w:sz w:val="22"/>
        </w:rPr>
        <w:t>5. Explain How the Experience Meets All Four Criteria</w:t>
      </w:r>
    </w:p>
    <w:tbl>
      <w:tblPr>
        <w:tblW w:w="10878" w:type="dxa"/>
        <w:jc w:val="center"/>
        <w:tblBorders>
          <w:top w:val="single" w:color="9FB7C5" w:sz="5" w:space="0"/>
          <w:left w:val="single" w:color="9FB7C5" w:sz="5" w:space="0"/>
          <w:bottom w:val="single" w:color="9FB7C5" w:sz="5" w:space="0"/>
          <w:right w:val="single" w:color="9FB7C5" w:sz="5" w:space="0"/>
          <w:insideH w:val="single" w:color="9FB7C5" w:sz="5" w:space="0"/>
          <w:insideV w:val="single" w:color="9FB7C5" w:sz="5" w:space="0"/>
        </w:tblBorders>
        <w:tblLayout w:type="fixed"/>
        <w:tblLook w:val="04A0" w:firstRow="1" w:lastRow="0" w:firstColumn="1" w:lastColumn="0" w:noHBand="0" w:noVBand="1"/>
      </w:tblPr>
      <w:tblGrid>
        <w:gridCol w:w="3632"/>
        <w:gridCol w:w="7246"/>
      </w:tblGrid>
      <w:tr w:rsidR="00112FBF" w:rsidTr="00CF4A59" w14:paraId="346DB6B1" w14:textId="77777777">
        <w:trPr>
          <w:tblHeader/>
          <w:jc w:val="center"/>
        </w:trPr>
        <w:tc>
          <w:tcPr>
            <w:tcW w:w="3632" w:type="dxa"/>
            <w:shd w:val="clear" w:color="auto" w:fill="005A9C"/>
            <w:tcMar>
              <w:top w:w="45" w:type="dxa"/>
              <w:left w:w="80" w:type="dxa"/>
              <w:bottom w:w="45" w:type="dxa"/>
              <w:right w:w="80" w:type="dxa"/>
            </w:tcMar>
          </w:tcPr>
          <w:p w:rsidR="00112FBF" w:rsidRDefault="00000000" w14:paraId="5ED84358" w14:textId="77777777">
            <w:pPr>
              <w:jc w:val="center"/>
            </w:pPr>
            <w:r>
              <w:rPr>
                <w:rFonts w:eastAsia="Aptos"/>
                <w:b/>
                <w:color w:val="FFFFFF"/>
              </w:rPr>
              <w:t>Required criterion</w:t>
            </w:r>
          </w:p>
        </w:tc>
        <w:tc>
          <w:tcPr>
            <w:tcW w:w="7246" w:type="dxa"/>
            <w:shd w:val="clear" w:color="auto" w:fill="005A9C"/>
            <w:tcMar>
              <w:top w:w="45" w:type="dxa"/>
              <w:left w:w="80" w:type="dxa"/>
              <w:bottom w:w="45" w:type="dxa"/>
              <w:right w:w="80" w:type="dxa"/>
            </w:tcMar>
          </w:tcPr>
          <w:p w:rsidR="00112FBF" w:rsidRDefault="00000000" w14:paraId="231DCE18" w14:textId="77777777">
            <w:pPr>
              <w:jc w:val="center"/>
            </w:pPr>
            <w:r>
              <w:rPr>
                <w:rFonts w:eastAsia="Aptos"/>
                <w:b/>
                <w:color w:val="FFFFFF"/>
              </w:rPr>
              <w:t>Your evidence or plan</w:t>
            </w:r>
          </w:p>
        </w:tc>
      </w:tr>
      <w:tr w:rsidR="00112FBF" w:rsidTr="00CF4A59" w14:paraId="6CFA7A6F" w14:textId="77777777">
        <w:trPr>
          <w:jc w:val="center"/>
        </w:trPr>
        <w:tc>
          <w:tcPr>
            <w:tcW w:w="3632" w:type="dxa"/>
            <w:shd w:val="clear" w:color="auto" w:fill="F3F7F9"/>
            <w:tcMar>
              <w:top w:w="40" w:type="dxa"/>
              <w:left w:w="80" w:type="dxa"/>
              <w:bottom w:w="40" w:type="dxa"/>
              <w:right w:w="80" w:type="dxa"/>
            </w:tcMar>
            <w:vAlign w:val="center"/>
          </w:tcPr>
          <w:p w:rsidR="00112FBF" w:rsidRDefault="00000000" w14:paraId="51616B91" w14:textId="77777777">
            <w:r>
              <w:rPr>
                <w:rFonts w:eastAsia="Aptos"/>
                <w:b/>
                <w:color w:val="005A9C"/>
              </w:rPr>
              <w:t>Active Learning</w:t>
            </w:r>
          </w:p>
        </w:tc>
        <w:tc>
          <w:tcPr>
            <w:tcW w:w="7246" w:type="dxa"/>
            <w:tcMar>
              <w:top w:w="40" w:type="dxa"/>
              <w:left w:w="80" w:type="dxa"/>
              <w:bottom w:w="40" w:type="dxa"/>
              <w:right w:w="80" w:type="dxa"/>
            </w:tcMar>
            <w:vAlign w:val="center"/>
          </w:tcPr>
          <w:p w:rsidR="00112FBF" w:rsidRDefault="00000000" w14:paraId="188F7046" w14:textId="77777777">
            <w:pPr>
              <w:spacing w:after="0"/>
            </w:pPr>
            <w:r>
              <w:rPr>
                <w:rFonts w:eastAsia="Aptos"/>
              </w:rPr>
              <w:t>What will you do, create, practice, demonstrate, or facilitate? Do not list only what you will hear, watch, or learn about.</w:t>
            </w:r>
          </w:p>
          <w:p w:rsidR="00112FBF" w:rsidRDefault="00112FBF" w14:paraId="02B4FCF8" w14:textId="6854D9E4">
            <w:pPr>
              <w:spacing w:after="0"/>
            </w:pPr>
          </w:p>
        </w:tc>
      </w:tr>
      <w:tr w:rsidR="00112FBF" w:rsidTr="00CF4A59" w14:paraId="06CC739A" w14:textId="77777777">
        <w:trPr>
          <w:jc w:val="center"/>
        </w:trPr>
        <w:tc>
          <w:tcPr>
            <w:tcW w:w="3632" w:type="dxa"/>
            <w:shd w:val="clear" w:color="auto" w:fill="F3F7F9"/>
            <w:tcMar>
              <w:top w:w="40" w:type="dxa"/>
              <w:left w:w="80" w:type="dxa"/>
              <w:bottom w:w="40" w:type="dxa"/>
              <w:right w:w="80" w:type="dxa"/>
            </w:tcMar>
            <w:vAlign w:val="center"/>
          </w:tcPr>
          <w:p w:rsidR="00112FBF" w:rsidRDefault="00000000" w14:paraId="32AC9D40" w14:textId="77777777">
            <w:r>
              <w:rPr>
                <w:rFonts w:eastAsia="Aptos"/>
                <w:b/>
                <w:color w:val="005A9C"/>
              </w:rPr>
              <w:t>Skill-Building Focus</w:t>
            </w:r>
          </w:p>
        </w:tc>
        <w:tc>
          <w:tcPr>
            <w:tcW w:w="7246" w:type="dxa"/>
            <w:tcMar>
              <w:top w:w="40" w:type="dxa"/>
              <w:left w:w="80" w:type="dxa"/>
              <w:bottom w:w="40" w:type="dxa"/>
              <w:right w:w="80" w:type="dxa"/>
            </w:tcMar>
            <w:vAlign w:val="center"/>
          </w:tcPr>
          <w:p w:rsidR="00112FBF" w:rsidRDefault="00000000" w14:paraId="259785BB" w14:textId="77777777">
            <w:pPr>
              <w:spacing w:after="0"/>
            </w:pPr>
            <w:r>
              <w:rPr>
                <w:rFonts w:eastAsia="Aptos"/>
              </w:rPr>
              <w:t>What specific skill or skills will you develop, and how will you practice them?</w:t>
            </w:r>
          </w:p>
          <w:p w:rsidR="00112FBF" w:rsidRDefault="00112FBF" w14:paraId="42E35F57" w14:textId="1A37F192">
            <w:pPr>
              <w:spacing w:after="0"/>
            </w:pPr>
          </w:p>
        </w:tc>
      </w:tr>
      <w:tr w:rsidR="00112FBF" w:rsidTr="00CF4A59" w14:paraId="453D4D9D" w14:textId="77777777">
        <w:trPr>
          <w:jc w:val="center"/>
        </w:trPr>
        <w:tc>
          <w:tcPr>
            <w:tcW w:w="3632" w:type="dxa"/>
            <w:shd w:val="clear" w:color="auto" w:fill="F3F7F9"/>
            <w:tcMar>
              <w:top w:w="40" w:type="dxa"/>
              <w:left w:w="80" w:type="dxa"/>
              <w:bottom w:w="40" w:type="dxa"/>
              <w:right w:w="80" w:type="dxa"/>
            </w:tcMar>
            <w:vAlign w:val="center"/>
          </w:tcPr>
          <w:p w:rsidR="00112FBF" w:rsidRDefault="00000000" w14:paraId="165949A9" w14:textId="77777777">
            <w:r>
              <w:rPr>
                <w:rFonts w:eastAsia="Aptos"/>
                <w:b/>
                <w:color w:val="005A9C"/>
              </w:rPr>
              <w:t>Applied Context</w:t>
            </w:r>
          </w:p>
        </w:tc>
        <w:tc>
          <w:tcPr>
            <w:tcW w:w="7246" w:type="dxa"/>
            <w:tcMar>
              <w:top w:w="40" w:type="dxa"/>
              <w:left w:w="80" w:type="dxa"/>
              <w:bottom w:w="40" w:type="dxa"/>
              <w:right w:w="80" w:type="dxa"/>
            </w:tcMar>
            <w:vAlign w:val="center"/>
          </w:tcPr>
          <w:p w:rsidR="00112FBF" w:rsidRDefault="00000000" w14:paraId="59969909" w14:textId="77777777">
            <w:pPr>
              <w:spacing w:after="0"/>
            </w:pPr>
            <w:r>
              <w:rPr>
                <w:rFonts w:eastAsia="Aptos"/>
              </w:rPr>
              <w:t>What real or realistic task, issue, project, challenge, or setting will you apply the skills to?</w:t>
            </w:r>
          </w:p>
          <w:p w:rsidR="00112FBF" w:rsidRDefault="00112FBF" w14:paraId="48726574" w14:textId="6F3B3D89">
            <w:pPr>
              <w:spacing w:after="0"/>
            </w:pPr>
          </w:p>
        </w:tc>
      </w:tr>
      <w:tr w:rsidR="00112FBF" w:rsidTr="00CF4A59" w14:paraId="5B1ECAD0" w14:textId="77777777">
        <w:trPr>
          <w:jc w:val="center"/>
        </w:trPr>
        <w:tc>
          <w:tcPr>
            <w:tcW w:w="3632" w:type="dxa"/>
            <w:shd w:val="clear" w:color="auto" w:fill="F3F7F9"/>
            <w:tcMar>
              <w:top w:w="40" w:type="dxa"/>
              <w:left w:w="80" w:type="dxa"/>
              <w:bottom w:w="40" w:type="dxa"/>
              <w:right w:w="80" w:type="dxa"/>
            </w:tcMar>
            <w:vAlign w:val="center"/>
          </w:tcPr>
          <w:p w:rsidR="00112FBF" w:rsidRDefault="00000000" w14:paraId="4415D2EC" w14:textId="77777777">
            <w:r>
              <w:rPr>
                <w:rFonts w:eastAsia="Aptos"/>
                <w:b/>
                <w:color w:val="005A9C"/>
              </w:rPr>
              <w:t>Reflection and Meaning-Making</w:t>
            </w:r>
          </w:p>
        </w:tc>
        <w:tc>
          <w:tcPr>
            <w:tcW w:w="7246" w:type="dxa"/>
            <w:tcMar>
              <w:top w:w="40" w:type="dxa"/>
              <w:left w:w="80" w:type="dxa"/>
              <w:bottom w:w="40" w:type="dxa"/>
              <w:right w:w="80" w:type="dxa"/>
            </w:tcMar>
            <w:vAlign w:val="center"/>
          </w:tcPr>
          <w:p w:rsidR="00112FBF" w:rsidRDefault="00000000" w14:paraId="13A95FC5" w14:textId="77777777">
            <w:pPr>
              <w:spacing w:after="0"/>
            </w:pPr>
            <w:r>
              <w:rPr>
                <w:rFonts w:eastAsia="Aptos"/>
              </w:rPr>
              <w:t>How will you reflect on what you learned, how your skills developed, and how you may use them in the future?</w:t>
            </w:r>
          </w:p>
          <w:p w:rsidR="00112FBF" w:rsidRDefault="00112FBF" w14:paraId="4E6738ED" w14:textId="715CCF7C">
            <w:pPr>
              <w:spacing w:after="0"/>
            </w:pPr>
          </w:p>
        </w:tc>
      </w:tr>
    </w:tbl>
    <w:p w:rsidR="00CF4A59" w:rsidRDefault="00CF4A59" w14:paraId="326A9B19" w14:textId="77777777">
      <w:pPr>
        <w:pStyle w:val="Heading1"/>
        <w:spacing w:before="100" w:after="40"/>
        <w:rPr>
          <w:rFonts w:ascii="Aptos" w:hAnsi="Aptos" w:eastAsia="Aptos"/>
          <w:color w:val="005A9C"/>
          <w:sz w:val="22"/>
        </w:rPr>
      </w:pPr>
    </w:p>
    <w:p w:rsidR="00CF4A59" w:rsidRDefault="00CF4A59" w14:paraId="53663760" w14:textId="77777777">
      <w:pPr>
        <w:pStyle w:val="Heading1"/>
        <w:spacing w:before="100" w:after="40"/>
        <w:rPr>
          <w:rFonts w:ascii="Aptos" w:hAnsi="Aptos" w:eastAsia="Aptos"/>
          <w:color w:val="005A9C"/>
          <w:sz w:val="22"/>
        </w:rPr>
      </w:pPr>
    </w:p>
    <w:p w:rsidR="00112FBF" w:rsidRDefault="00000000" w14:paraId="612E1EB3" w14:textId="3ECCD723">
      <w:pPr>
        <w:pStyle w:val="Heading1"/>
        <w:spacing w:before="100" w:after="40"/>
      </w:pPr>
      <w:r>
        <w:rPr>
          <w:rFonts w:ascii="Aptos" w:hAnsi="Aptos" w:eastAsia="Aptos"/>
          <w:color w:val="005A9C"/>
          <w:sz w:val="22"/>
        </w:rPr>
        <w:t>6. Supporting Information and Student Certification</w:t>
      </w:r>
    </w:p>
    <w:p w:rsidR="00112FBF" w:rsidRDefault="00000000" w14:paraId="065D9ACE" w14:textId="77777777">
      <w:pPr>
        <w:spacing w:after="20"/>
      </w:pPr>
      <w:r>
        <w:rPr>
          <w:rFonts w:eastAsia="Aptos"/>
          <w:b/>
          <w:color w:val="005A9C"/>
        </w:rPr>
        <w:t xml:space="preserve">Documentation included: </w:t>
      </w:r>
      <w:r>
        <w:rPr>
          <w:rFonts w:eastAsia="Aptos"/>
        </w:rPr>
        <w:t xml:space="preserve">☐ Program </w:t>
      </w:r>
      <w:proofErr w:type="gramStart"/>
      <w:r>
        <w:rPr>
          <w:rFonts w:eastAsia="Aptos"/>
        </w:rPr>
        <w:t>description  ☐</w:t>
      </w:r>
      <w:proofErr w:type="gramEnd"/>
      <w:r>
        <w:rPr>
          <w:rFonts w:eastAsia="Aptos"/>
        </w:rPr>
        <w:t xml:space="preserve"> </w:t>
      </w:r>
      <w:proofErr w:type="gramStart"/>
      <w:r>
        <w:rPr>
          <w:rFonts w:eastAsia="Aptos"/>
        </w:rPr>
        <w:t>Agenda  ☐</w:t>
      </w:r>
      <w:proofErr w:type="gramEnd"/>
      <w:r>
        <w:rPr>
          <w:rFonts w:eastAsia="Aptos"/>
        </w:rPr>
        <w:t xml:space="preserve"> </w:t>
      </w:r>
      <w:proofErr w:type="gramStart"/>
      <w:r>
        <w:rPr>
          <w:rFonts w:eastAsia="Aptos"/>
        </w:rPr>
        <w:t>Syllabus  ☐</w:t>
      </w:r>
      <w:proofErr w:type="gramEnd"/>
      <w:r>
        <w:rPr>
          <w:rFonts w:eastAsia="Aptos"/>
        </w:rPr>
        <w:t xml:space="preserve"> Completion </w:t>
      </w:r>
      <w:proofErr w:type="gramStart"/>
      <w:r>
        <w:rPr>
          <w:rFonts w:eastAsia="Aptos"/>
        </w:rPr>
        <w:t>proof  ☐</w:t>
      </w:r>
      <w:proofErr w:type="gramEnd"/>
      <w:r>
        <w:rPr>
          <w:rFonts w:eastAsia="Aptos"/>
        </w:rPr>
        <w:t xml:space="preserve"> Work </w:t>
      </w:r>
      <w:proofErr w:type="gramStart"/>
      <w:r>
        <w:rPr>
          <w:rFonts w:eastAsia="Aptos"/>
        </w:rPr>
        <w:t>sample  ☐</w:t>
      </w:r>
      <w:proofErr w:type="gramEnd"/>
      <w:r>
        <w:rPr>
          <w:rFonts w:eastAsia="Aptos"/>
        </w:rPr>
        <w:t xml:space="preserve"> </w:t>
      </w:r>
      <w:proofErr w:type="gramStart"/>
      <w:r>
        <w:rPr>
          <w:rFonts w:eastAsia="Aptos"/>
        </w:rPr>
        <w:t>Reflection  ☐</w:t>
      </w:r>
      <w:proofErr w:type="gramEnd"/>
      <w:r>
        <w:rPr>
          <w:rFonts w:eastAsia="Aptos"/>
        </w:rPr>
        <w:t xml:space="preserve"> Other / not yet available</w:t>
      </w:r>
    </w:p>
    <w:p w:rsidR="00112FBF" w:rsidRDefault="00000000" w14:paraId="43506E2E" w14:textId="77777777">
      <w:pPr>
        <w:spacing w:after="20"/>
      </w:pPr>
      <w:r w:rsidRPr="75919972">
        <w:rPr>
          <w:rFonts w:eastAsia="Aptos"/>
        </w:rPr>
        <w:t>I certify that this information is accurate. For pre-approval, I understand that final credit may require confirmation of completion and any approved reflection or enhancement.</w:t>
      </w:r>
    </w:p>
    <w:p w:rsidR="75919972" w:rsidP="75919972" w:rsidRDefault="75919972" w14:paraId="31CCB526" w14:textId="7CAC52FE">
      <w:pPr>
        <w:spacing w:after="20"/>
        <w:rPr>
          <w:rFonts w:eastAsia="Aptos"/>
          <w:b w:val="1"/>
          <w:bCs w:val="1"/>
        </w:rPr>
      </w:pPr>
    </w:p>
    <w:p w:rsidR="00112FBF" w:rsidRDefault="00000000" w14:paraId="23F68A82" w14:textId="77777777">
      <w:pPr>
        <w:spacing w:after="20"/>
        <w:rPr>
          <w:rFonts w:eastAsia="Aptos"/>
          <w:b/>
        </w:rPr>
      </w:pPr>
      <w:r>
        <w:rPr>
          <w:rFonts w:eastAsia="Aptos"/>
          <w:b/>
        </w:rPr>
        <w:t>Student signature: ____________________________________    Date: ____________________</w:t>
      </w:r>
    </w:p>
    <w:p w:rsidR="00CF4A59" w:rsidRDefault="00CF4A59" w14:paraId="7A1BF5C9" w14:textId="77777777">
      <w:pPr>
        <w:spacing w:after="20"/>
        <w:rPr>
          <w:rFonts w:eastAsia="Aptos"/>
          <w:b/>
        </w:rPr>
      </w:pPr>
    </w:p>
    <w:p w:rsidR="00CF4A59" w:rsidRDefault="00CF4A59" w14:paraId="304D6F86" w14:textId="77777777">
      <w:pPr>
        <w:spacing w:after="20"/>
      </w:pPr>
    </w:p>
    <w:tbl>
      <w:tblPr>
        <w:tblW w:w="0" w:type="auto"/>
        <w:jc w:val="center"/>
        <w:tblBorders>
          <w:top w:val="single" w:color="007C83" w:sz="7" w:space="0"/>
          <w:left w:val="single" w:color="007C83" w:sz="7" w:space="0"/>
          <w:bottom w:val="single" w:color="007C83" w:sz="7" w:space="0"/>
          <w:right w:val="single" w:color="007C83" w:sz="7" w:space="0"/>
          <w:insideH w:val="single" w:color="007C83" w:sz="7" w:space="0"/>
          <w:insideV w:val="single" w:color="007C83" w:sz="7" w:space="0"/>
        </w:tblBorders>
        <w:tblLayout w:type="fixed"/>
        <w:tblLook w:val="04A0" w:firstRow="1" w:lastRow="0" w:firstColumn="1" w:lastColumn="0" w:noHBand="0" w:noVBand="1"/>
      </w:tblPr>
      <w:tblGrid>
        <w:gridCol w:w="10742"/>
      </w:tblGrid>
      <w:tr w:rsidR="00112FBF" w14:paraId="0E9B19A6" w14:textId="77777777">
        <w:trPr>
          <w:jc w:val="center"/>
        </w:trPr>
        <w:tc>
          <w:tcPr>
            <w:tcW w:w="10742" w:type="dxa"/>
            <w:shd w:val="clear" w:color="auto" w:fill="EAF3F8"/>
            <w:tcMar>
              <w:top w:w="55" w:type="dxa"/>
              <w:left w:w="100" w:type="dxa"/>
              <w:bottom w:w="55" w:type="dxa"/>
              <w:right w:w="100" w:type="dxa"/>
            </w:tcMar>
          </w:tcPr>
          <w:p w:rsidR="00112FBF" w:rsidRDefault="00000000" w14:paraId="44CBBE61" w14:textId="77777777">
            <w:r>
              <w:rPr>
                <w:rFonts w:eastAsia="Aptos"/>
                <w:b/>
                <w:color w:val="007C83"/>
              </w:rPr>
              <w:t>FOR iCED REVIEW</w:t>
            </w:r>
          </w:p>
          <w:p w:rsidR="00112FBF" w:rsidRDefault="00000000" w14:paraId="6AC842E2" w14:textId="77777777">
            <w:pPr>
              <w:spacing w:after="0"/>
            </w:pPr>
            <w:r>
              <w:rPr>
                <w:rFonts w:eastAsia="Aptos"/>
              </w:rPr>
              <w:t>☐ Approved   ☐ Approved pending completion/documentation   ☐ Revision or additional activity needed   ☐ Not approved</w:t>
            </w:r>
          </w:p>
          <w:p w:rsidR="00112FBF" w:rsidRDefault="00000000" w14:paraId="309F981C" w14:textId="77777777">
            <w:pPr>
              <w:spacing w:after="0"/>
            </w:pPr>
            <w:r>
              <w:rPr>
                <w:rFonts w:eastAsia="Aptos"/>
              </w:rPr>
              <w:t>Reviewer comments / required revisions: _________________________________________________________________</w:t>
            </w:r>
          </w:p>
          <w:p w:rsidR="00112FBF" w:rsidRDefault="00000000" w14:paraId="6A33D86E" w14:textId="77777777">
            <w:pPr>
              <w:spacing w:after="0"/>
            </w:pPr>
            <w:r>
              <w:rPr>
                <w:rFonts w:eastAsia="Aptos"/>
                <w:b/>
              </w:rPr>
              <w:t>iCED reviewer: ____________________________________   Date: ____________________</w:t>
            </w:r>
          </w:p>
        </w:tc>
      </w:tr>
    </w:tbl>
    <w:p w:rsidR="00112FBF" w:rsidRDefault="00000000" w14:paraId="0449AE20" w14:textId="595E7432">
      <w:pPr>
        <w:spacing w:before="20" w:after="0"/>
        <w:jc w:val="center"/>
        <w:rPr>
          <w:rFonts w:eastAsia="Aptos"/>
          <w:color w:val="005A9C"/>
          <w:u w:val="single"/>
        </w:rPr>
      </w:pPr>
      <w:r>
        <w:rPr>
          <w:rFonts w:eastAsia="Aptos"/>
          <w:color w:val="5B6570"/>
        </w:rPr>
        <w:t xml:space="preserve">Campus iCED contacts: </w:t>
      </w:r>
      <w:hyperlink w:history="1" r:id="rId8">
        <w:r w:rsidRPr="00060D1F" w:rsidR="00791142">
          <w:rPr>
            <w:rStyle w:val="Hyperlink"/>
            <w:rFonts w:eastAsia="Aptos"/>
          </w:rPr>
          <w:t>www.mdc.edu/iced/contact/</w:t>
        </w:r>
      </w:hyperlink>
    </w:p>
    <w:p w:rsidR="00791142" w:rsidRDefault="00791142" w14:paraId="35A53B70" w14:textId="77777777">
      <w:pPr>
        <w:spacing w:before="20" w:after="0"/>
        <w:jc w:val="center"/>
        <w:rPr>
          <w:rFonts w:eastAsia="Aptos"/>
          <w:color w:val="005A9C"/>
          <w:u w:val="single"/>
        </w:rPr>
      </w:pPr>
    </w:p>
    <w:p w:rsidR="00791142" w:rsidRDefault="00791142" w14:paraId="6C4159C5" w14:textId="77777777">
      <w:pPr>
        <w:spacing w:before="20" w:after="0"/>
        <w:jc w:val="center"/>
        <w:rPr>
          <w:rFonts w:eastAsia="Aptos"/>
          <w:color w:val="005A9C"/>
          <w:u w:val="single"/>
        </w:rPr>
      </w:pPr>
    </w:p>
    <w:p w:rsidR="00791142" w:rsidRDefault="00791142" w14:paraId="6DFFADA7" w14:textId="77777777">
      <w:pPr>
        <w:spacing w:before="20" w:after="0"/>
        <w:jc w:val="center"/>
      </w:pPr>
    </w:p>
    <w:sectPr w:rsidR="00791142" w:rsidSect="00034616">
      <w:headerReference w:type="default" r:id="rId10"/>
      <w:footerReference w:type="default" r:id="rId11"/>
      <w:pgSz w:w="12240" w:h="15840" w:orient="portrait"/>
      <w:pgMar w:top="547" w:right="749" w:bottom="547" w:left="749"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81C34" w:rsidRDefault="00C81C34" w14:paraId="4D74C93E" w14:textId="77777777">
      <w:pPr>
        <w:spacing w:after="0" w:line="240" w:lineRule="auto"/>
      </w:pPr>
      <w:r>
        <w:separator/>
      </w:r>
    </w:p>
  </w:endnote>
  <w:endnote w:type="continuationSeparator" w:id="0">
    <w:p w:rsidR="00C81C34" w:rsidRDefault="00C81C34" w14:paraId="3B020D0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2FBF" w:rsidRDefault="00000000" w14:paraId="4A8C5AE5" w14:textId="77777777">
    <w:pPr>
      <w:pStyle w:val="Footer"/>
      <w:jc w:val="center"/>
    </w:pPr>
    <w:r>
      <w:rPr>
        <w:rFonts w:eastAsia="Aptos"/>
        <w:color w:val="5B6570"/>
      </w:rPr>
      <w:t>Changemaker Scholar Designation | Skills-Based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81C34" w:rsidRDefault="00C81C34" w14:paraId="2FE24DDB" w14:textId="77777777">
      <w:pPr>
        <w:spacing w:after="0" w:line="240" w:lineRule="auto"/>
      </w:pPr>
      <w:r>
        <w:separator/>
      </w:r>
    </w:p>
  </w:footnote>
  <w:footnote w:type="continuationSeparator" w:id="0">
    <w:p w:rsidR="00C81C34" w:rsidRDefault="00C81C34" w14:paraId="5E60A87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12FBF" w:rsidRDefault="00112FBF" w14:paraId="672A665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394359768">
    <w:abstractNumId w:val="8"/>
  </w:num>
  <w:num w:numId="2" w16cid:durableId="410348464">
    <w:abstractNumId w:val="6"/>
  </w:num>
  <w:num w:numId="3" w16cid:durableId="3366447">
    <w:abstractNumId w:val="5"/>
  </w:num>
  <w:num w:numId="4" w16cid:durableId="716709786">
    <w:abstractNumId w:val="4"/>
  </w:num>
  <w:num w:numId="5" w16cid:durableId="902720030">
    <w:abstractNumId w:val="7"/>
  </w:num>
  <w:num w:numId="6" w16cid:durableId="1784839722">
    <w:abstractNumId w:val="3"/>
  </w:num>
  <w:num w:numId="7" w16cid:durableId="1996832888">
    <w:abstractNumId w:val="2"/>
  </w:num>
  <w:num w:numId="8" w16cid:durableId="546532402">
    <w:abstractNumId w:val="1"/>
  </w:num>
  <w:num w:numId="9" w16cid:durableId="204525145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9"/>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00"/>
    <w:rsid w:val="00034616"/>
    <w:rsid w:val="0006063C"/>
    <w:rsid w:val="00112FBF"/>
    <w:rsid w:val="0015074B"/>
    <w:rsid w:val="00175E0B"/>
    <w:rsid w:val="0029639D"/>
    <w:rsid w:val="00326F90"/>
    <w:rsid w:val="00673AA0"/>
    <w:rsid w:val="00791142"/>
    <w:rsid w:val="00AA1D8D"/>
    <w:rsid w:val="00B47730"/>
    <w:rsid w:val="00C81C34"/>
    <w:rsid w:val="00CA00A3"/>
    <w:rsid w:val="00CB0664"/>
    <w:rsid w:val="00CF4A59"/>
    <w:rsid w:val="00FC693F"/>
    <w:rsid w:val="04D4CF76"/>
    <w:rsid w:val="10E938D9"/>
    <w:rsid w:val="1A2F2B1E"/>
    <w:rsid w:val="234AF8F4"/>
    <w:rsid w:val="263E1D44"/>
    <w:rsid w:val="2940BD86"/>
    <w:rsid w:val="3B7F04B6"/>
    <w:rsid w:val="3DD58A65"/>
    <w:rsid w:val="4FE51466"/>
    <w:rsid w:val="5207E81C"/>
    <w:rsid w:val="5676D3BF"/>
    <w:rsid w:val="5BB3C440"/>
    <w:rsid w:val="6F5D4B4E"/>
    <w:rsid w:val="71406340"/>
    <w:rsid w:val="75919972"/>
    <w:rsid w:val="7AF2336D"/>
    <w:rsid w:val="7B93C4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BBB260B-04DD-4B49-9725-B3FAB7CDAF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pPr>
      <w:spacing w:after="40" w:line="235" w:lineRule="auto"/>
    </w:pPr>
    <w:rPr>
      <w:rFonts w:ascii="Aptos" w:hAnsi="Aptos"/>
      <w:color w:val="20304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pactBullet" w:customStyle="1">
    <w:name w:val="Compact Bullet"/>
    <w:basedOn w:val="Normal"/>
    <w:pPr>
      <w:ind w:left="245" w:hanging="158"/>
    </w:pPr>
  </w:style>
  <w:style w:type="character" w:styleId="Hyperlink">
    <w:name w:val="Hyperlink"/>
    <w:basedOn w:val="DefaultParagraphFont"/>
    <w:uiPriority w:val="99"/>
    <w:unhideWhenUsed/>
    <w:rsid w:val="00791142"/>
    <w:rPr>
      <w:color w:val="0000FF" w:themeColor="hyperlink"/>
      <w:u w:val="single"/>
    </w:rPr>
  </w:style>
  <w:style w:type="character" w:styleId="UnresolvedMention">
    <w:name w:val="Unresolved Mention"/>
    <w:basedOn w:val="DefaultParagraphFont"/>
    <w:uiPriority w:val="99"/>
    <w:semiHidden/>
    <w:unhideWhenUsed/>
    <w:rsid w:val="007911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www.mdc.edu/iced/contact/" TargetMode="Externa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4.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customXml" Target="../customXml/item3.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customXml" Target="../customXml/item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F2F0FEEB81044F92493B6491B07D68" ma:contentTypeVersion="19" ma:contentTypeDescription="Create a new document." ma:contentTypeScope="" ma:versionID="fb583b3aece4e308ce596dc08cab3093">
  <xsd:schema xmlns:xsd="http://www.w3.org/2001/XMLSchema" xmlns:xs="http://www.w3.org/2001/XMLSchema" xmlns:p="http://schemas.microsoft.com/office/2006/metadata/properties" xmlns:ns2="362a4129-e7ff-48ea-9b19-5245b71ff263" xmlns:ns3="d0ae7e0c-b6dc-41ae-8fa0-c0ff32d8f152" targetNamespace="http://schemas.microsoft.com/office/2006/metadata/properties" ma:root="true" ma:fieldsID="cbb5186d33b8e7e0543aa673a67b14f2" ns2:_="" ns3:_="">
    <xsd:import namespace="362a4129-e7ff-48ea-9b19-5245b71ff263"/>
    <xsd:import namespace="d0ae7e0c-b6dc-41ae-8fa0-c0ff32d8f15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2a4129-e7ff-48ea-9b19-5245b71ff2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4e6bcdd-c00a-4f4e-bd5d-c45147d273b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ae7e0c-b6dc-41ae-8fa0-c0ff32d8f1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6be89c-f3b7-4a1f-b763-73b0e388da6c}" ma:internalName="TaxCatchAll" ma:showField="CatchAllData" ma:web="d0ae7e0c-b6dc-41ae-8fa0-c0ff32d8f1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0ae7e0c-b6dc-41ae-8fa0-c0ff32d8f152" xsi:nil="true"/>
    <lcf76f155ced4ddcb4097134ff3c332f xmlns="362a4129-e7ff-48ea-9b19-5245b71ff2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044A38D-2BA3-432B-A1C3-37373FEF51E0}"/>
</file>

<file path=customXml/itemProps3.xml><?xml version="1.0" encoding="utf-8"?>
<ds:datastoreItem xmlns:ds="http://schemas.openxmlformats.org/officeDocument/2006/customXml" ds:itemID="{B9A7BBA5-864D-458C-B49F-AB171AA99EEA}"/>
</file>

<file path=customXml/itemProps4.xml><?xml version="1.0" encoding="utf-8"?>
<ds:datastoreItem xmlns:ds="http://schemas.openxmlformats.org/officeDocument/2006/customXml" ds:itemID="{FB03BD94-5AFB-4B93-BE3C-F6490E93759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Changemaker Scholar Designation: Skills-Based Learning Criteria and Approval Request (11 pt)</dc:title>
  <dc:subject>Criteria and student approval request form for Skills-Based Learning Experiences</dc:subject>
  <dc:creator>Young, Joshua</dc:creator>
  <keywords/>
  <dc:description>generated by python-docx</dc:description>
  <lastModifiedBy>Young, Joshua</lastModifiedBy>
  <revision>5</revision>
  <dcterms:created xsi:type="dcterms:W3CDTF">2026-08-22T23:54:00.0000000Z</dcterms:created>
  <dcterms:modified xsi:type="dcterms:W3CDTF">2026-09-09T16:34:27.2717076Z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0x01010010F2F0FEEB81044F92493B6491B07D68</vt:lpwstr>
  </property>
  <property fmtid="{D5CDD505-2E9C-101B-9397-08002B2CF9AE}" pid="4" name="docLang">
    <vt:lpwstr>en</vt:lpwstr>
  </property>
  <property fmtid="{D5CDD505-2E9C-101B-9397-08002B2CF9AE}" pid="5" name="MediaServiceImageTags">
    <vt:lpwstr/>
  </property>
</Properties>
</file>